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2F224" w14:textId="77777777" w:rsidR="00FB2284" w:rsidRPr="00FB2284" w:rsidRDefault="00000000" w:rsidP="00CF3A96">
      <w:pPr>
        <w:numPr>
          <w:ilvl w:val="0"/>
          <w:numId w:val="10"/>
        </w:numPr>
        <w:spacing w:after="0" w:line="240" w:lineRule="auto"/>
        <w:rPr>
          <w:lang w:val="sk-SK"/>
        </w:rPr>
      </w:pPr>
      <w:r>
        <w:t>ODSTÚPENIE OD KÚPNEJ ZMLUVY (EMPE SPORT)</w:t>
      </w:r>
      <w:r>
        <w:br/>
      </w:r>
      <w:r>
        <w:br/>
        <w:t>v zmysle § 7 a nasl. zákona č. 102/2014 Z. z.</w:t>
      </w:r>
      <w:r>
        <w:br/>
      </w:r>
      <w:r>
        <w:br/>
        <w:t>KUPUJÚCI</w:t>
      </w:r>
      <w:r>
        <w:br/>
      </w:r>
      <w:r>
        <w:br/>
        <w:t>Meno*: _________________________</w:t>
      </w:r>
      <w:r>
        <w:br/>
      </w:r>
      <w:proofErr w:type="spellStart"/>
      <w:r>
        <w:t>Priezvisko</w:t>
      </w:r>
      <w:proofErr w:type="spellEnd"/>
      <w:r>
        <w:t>*: _________________________</w:t>
      </w:r>
      <w:r>
        <w:br/>
      </w:r>
      <w:proofErr w:type="spellStart"/>
      <w:r>
        <w:t>Ulica</w:t>
      </w:r>
      <w:proofErr w:type="spellEnd"/>
      <w:r>
        <w:t xml:space="preserve"> a </w:t>
      </w:r>
      <w:proofErr w:type="spellStart"/>
      <w:r>
        <w:t>číslo</w:t>
      </w:r>
      <w:proofErr w:type="spellEnd"/>
      <w:r>
        <w:t>*: _________________________</w:t>
      </w:r>
      <w:r>
        <w:br/>
        <w:t>Mesto*: _________________________</w:t>
      </w:r>
      <w:r>
        <w:br/>
        <w:t>PSČ*: _________________________</w:t>
      </w:r>
      <w:r>
        <w:br/>
        <w:t>Telefón: _________________________</w:t>
      </w:r>
      <w:r>
        <w:br/>
        <w:t>E-mail: _________________________</w:t>
      </w:r>
      <w:r>
        <w:br/>
      </w:r>
      <w:r>
        <w:br/>
        <w:t>* označené polia sú povinné</w:t>
      </w:r>
      <w:r>
        <w:br/>
      </w:r>
      <w:r>
        <w:br/>
        <w:t>PREDÁVAJÚCI</w:t>
      </w:r>
      <w:r>
        <w:br/>
      </w:r>
      <w:r>
        <w:br/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: </w:t>
      </w:r>
      <w:proofErr w:type="spellStart"/>
      <w:r w:rsidR="00FB2284">
        <w:t>eMPe</w:t>
      </w:r>
      <w:proofErr w:type="spellEnd"/>
      <w:r w:rsidR="00FB2284">
        <w:t xml:space="preserve"> Sport</w:t>
      </w:r>
    </w:p>
    <w:p w14:paraId="713DB2F4" w14:textId="4874E506" w:rsidR="00CF3A96" w:rsidRDefault="00000000" w:rsidP="00FB2284">
      <w:pPr>
        <w:spacing w:after="0" w:line="240" w:lineRule="auto"/>
        <w:ind w:left="720"/>
        <w:rPr>
          <w:lang w:val="sk-SK"/>
        </w:rPr>
      </w:pPr>
      <w:r>
        <w:t>IČO:</w:t>
      </w:r>
      <w:r w:rsidR="00CF3A96">
        <w:t xml:space="preserve">  </w:t>
      </w:r>
      <w:r w:rsidR="00CF3A96" w:rsidRPr="00CF3A96">
        <w:t>45719331</w:t>
      </w:r>
      <w:r>
        <w:br/>
        <w:t xml:space="preserve">DIČ/IČ DPH: </w:t>
      </w:r>
      <w:r w:rsidR="00CF3A96" w:rsidRPr="00CF3A96">
        <w:t>SK1075664139</w:t>
      </w:r>
      <w:r>
        <w:br/>
      </w:r>
      <w:proofErr w:type="spellStart"/>
      <w:r>
        <w:t>Ulica</w:t>
      </w:r>
      <w:proofErr w:type="spellEnd"/>
      <w:r>
        <w:t xml:space="preserve"> a </w:t>
      </w:r>
      <w:proofErr w:type="spellStart"/>
      <w:r>
        <w:t>číslo</w:t>
      </w:r>
      <w:proofErr w:type="spellEnd"/>
      <w:r>
        <w:t xml:space="preserve">: </w:t>
      </w:r>
      <w:proofErr w:type="spellStart"/>
      <w:r w:rsidR="00CF3A96" w:rsidRPr="00CF3A96">
        <w:t>Pribinová</w:t>
      </w:r>
      <w:proofErr w:type="spellEnd"/>
      <w:r w:rsidR="00CF3A96" w:rsidRPr="00CF3A96">
        <w:t xml:space="preserve"> 4727 </w:t>
      </w:r>
      <w:r>
        <w:br/>
        <w:t xml:space="preserve">Mesto: </w:t>
      </w:r>
      <w:proofErr w:type="spellStart"/>
      <w:r w:rsidR="00CF3A96" w:rsidRPr="00CF3A96">
        <w:t>Topoľčany</w:t>
      </w:r>
      <w:proofErr w:type="spellEnd"/>
      <w:r w:rsidR="00CF3A96">
        <w:t xml:space="preserve"> </w:t>
      </w:r>
      <w:r>
        <w:t>PSČ:</w:t>
      </w:r>
      <w:r w:rsidR="00CF3A96" w:rsidRPr="00CF3A96">
        <w:t xml:space="preserve"> 955 01</w:t>
      </w:r>
      <w:r>
        <w:br/>
      </w:r>
      <w:proofErr w:type="spellStart"/>
      <w:r>
        <w:t>Telefón</w:t>
      </w:r>
      <w:proofErr w:type="spellEnd"/>
      <w:r>
        <w:t xml:space="preserve">: </w:t>
      </w:r>
      <w:hyperlink r:id="rId6" w:tgtFrame="_blank" w:history="1">
        <w:r w:rsidR="00CF3A96" w:rsidRPr="00CF3A96">
          <w:rPr>
            <w:rStyle w:val="Hypertextovprepojenie"/>
            <w:b/>
            <w:bCs/>
            <w:lang w:val="sk-SK"/>
          </w:rPr>
          <w:t>+421 38 768 23 48</w:t>
        </w:r>
      </w:hyperlink>
    </w:p>
    <w:p w14:paraId="2ED80CBB" w14:textId="25666A4B" w:rsidR="00073BED" w:rsidRPr="00CF3A96" w:rsidRDefault="00000000" w:rsidP="00CF3A96">
      <w:pPr>
        <w:spacing w:after="0" w:line="240" w:lineRule="auto"/>
        <w:ind w:left="720"/>
        <w:rPr>
          <w:lang w:val="sk-SK"/>
        </w:rPr>
      </w:pPr>
      <w:r>
        <w:t xml:space="preserve">E-mail: </w:t>
      </w:r>
      <w:r w:rsidR="00CF3A96">
        <w:t>empesport@azet.sk</w:t>
      </w:r>
      <w:r>
        <w:br/>
      </w:r>
      <w:r>
        <w:br/>
      </w:r>
      <w:proofErr w:type="spellStart"/>
      <w:r>
        <w:t>Týmto</w:t>
      </w:r>
      <w:proofErr w:type="spellEnd"/>
      <w:r>
        <w:t xml:space="preserve"> </w:t>
      </w:r>
      <w:proofErr w:type="spellStart"/>
      <w:r>
        <w:t>vám</w:t>
      </w:r>
      <w:proofErr w:type="spellEnd"/>
      <w:r>
        <w:t xml:space="preserve"> </w:t>
      </w:r>
      <w:proofErr w:type="spellStart"/>
      <w:r>
        <w:t>oznamujem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odstupujem od kúpnej zmluvy uzatvorenej na </w:t>
      </w:r>
      <w:proofErr w:type="spellStart"/>
      <w:r>
        <w:t>diaľku</w:t>
      </w:r>
      <w:proofErr w:type="spellEnd"/>
      <w:r>
        <w:t xml:space="preserve"> </w:t>
      </w:r>
      <w:proofErr w:type="spellStart"/>
      <w:r>
        <w:t>prostredníctvom</w:t>
      </w:r>
      <w:proofErr w:type="spellEnd"/>
      <w:r>
        <w:t xml:space="preserve"> e-</w:t>
      </w:r>
      <w:proofErr w:type="spellStart"/>
      <w:r>
        <w:t>shopu</w:t>
      </w:r>
      <w:proofErr w:type="spellEnd"/>
      <w:r>
        <w:t xml:space="preserve"> </w:t>
      </w:r>
      <w:proofErr w:type="spellStart"/>
      <w:r w:rsidR="00FB2284">
        <w:t>e</w:t>
      </w:r>
      <w:r>
        <w:t>MPE</w:t>
      </w:r>
      <w:r w:rsidR="00FB2284">
        <w:t>e</w:t>
      </w:r>
      <w:proofErr w:type="spellEnd"/>
      <w:r>
        <w:t xml:space="preserve"> S</w:t>
      </w:r>
      <w:r w:rsidR="00FB2284">
        <w:t>port</w:t>
      </w:r>
      <w:r>
        <w:t>.</w:t>
      </w:r>
      <w:r>
        <w:br/>
      </w:r>
      <w:r>
        <w:br/>
        <w:t>Číslo objednávky: _________________________</w:t>
      </w:r>
      <w:r>
        <w:br/>
        <w:t>Číslo faktúry: _________________________</w:t>
      </w:r>
      <w:r>
        <w:br/>
        <w:t>Dátum objednávky alebo vystavenia faktúry: _________________________</w:t>
      </w:r>
      <w:r>
        <w:br/>
        <w:t>Dátum prevzatia tovaru: _________________________</w:t>
      </w:r>
      <w:r>
        <w:br/>
      </w:r>
      <w:r>
        <w:br/>
        <w:t>Kód tovaru, popis tovaru a počet kusov:</w:t>
      </w:r>
      <w:r>
        <w:br/>
        <w:t>_________________________________________________</w:t>
      </w:r>
      <w:r>
        <w:br/>
        <w:t>_________________________________________________</w:t>
      </w:r>
      <w:r>
        <w:br/>
      </w:r>
      <w:r>
        <w:br/>
        <w:t>Dôvod vrátenia tovaru:</w:t>
      </w:r>
      <w:r>
        <w:br/>
        <w:t>_________________________________________________</w:t>
      </w:r>
      <w:r>
        <w:br/>
      </w:r>
      <w:r>
        <w:br/>
        <w:t>Požadovaná suma na vrátenie:</w:t>
      </w:r>
      <w:r>
        <w:br/>
        <w:t>_________________________</w:t>
      </w:r>
      <w:r>
        <w:br/>
      </w:r>
      <w:r>
        <w:br/>
        <w:t>IBAN:</w:t>
      </w:r>
      <w:r>
        <w:br/>
        <w:t>_________________________</w:t>
      </w:r>
      <w:r>
        <w:br/>
      </w:r>
      <w:r>
        <w:br/>
        <w:t>Sumarizácia zásielky:</w:t>
      </w:r>
      <w:r>
        <w:br/>
        <w:t>[ ] Odstúpenie od zmluvy</w:t>
      </w:r>
      <w:r>
        <w:br/>
        <w:t>[ ] Tovar</w:t>
      </w:r>
      <w:r>
        <w:br/>
      </w:r>
      <w:r>
        <w:lastRenderedPageBreak/>
        <w:t>[ ] Faktúra</w:t>
      </w:r>
      <w:r>
        <w:br/>
      </w:r>
      <w:r>
        <w:br/>
        <w:t>V _______________________ dňa ___________________</w:t>
      </w:r>
      <w:r>
        <w:br/>
      </w:r>
      <w:r>
        <w:br/>
        <w:t>Podpis kupujúceho: _________________________</w:t>
      </w:r>
      <w:r>
        <w:br/>
      </w:r>
    </w:p>
    <w:sectPr w:rsidR="00073BED" w:rsidRPr="00CF3A9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C44443A"/>
    <w:multiLevelType w:val="multilevel"/>
    <w:tmpl w:val="4F1A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207633">
    <w:abstractNumId w:val="8"/>
  </w:num>
  <w:num w:numId="2" w16cid:durableId="1951427349">
    <w:abstractNumId w:val="6"/>
  </w:num>
  <w:num w:numId="3" w16cid:durableId="1028213163">
    <w:abstractNumId w:val="5"/>
  </w:num>
  <w:num w:numId="4" w16cid:durableId="476727915">
    <w:abstractNumId w:val="4"/>
  </w:num>
  <w:num w:numId="5" w16cid:durableId="1397777554">
    <w:abstractNumId w:val="7"/>
  </w:num>
  <w:num w:numId="6" w16cid:durableId="1841970977">
    <w:abstractNumId w:val="3"/>
  </w:num>
  <w:num w:numId="7" w16cid:durableId="2123307595">
    <w:abstractNumId w:val="2"/>
  </w:num>
  <w:num w:numId="8" w16cid:durableId="1042175464">
    <w:abstractNumId w:val="1"/>
  </w:num>
  <w:num w:numId="9" w16cid:durableId="2021273187">
    <w:abstractNumId w:val="0"/>
  </w:num>
  <w:num w:numId="10" w16cid:durableId="3218558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3BED"/>
    <w:rsid w:val="0015074B"/>
    <w:rsid w:val="0029639D"/>
    <w:rsid w:val="00326F90"/>
    <w:rsid w:val="003B7C32"/>
    <w:rsid w:val="00AA1D8D"/>
    <w:rsid w:val="00B47730"/>
    <w:rsid w:val="00CB0664"/>
    <w:rsid w:val="00CF3A96"/>
    <w:rsid w:val="00EC4676"/>
    <w:rsid w:val="00FB22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BD73E"/>
  <w14:defaultImageDpi w14:val="300"/>
  <w15:docId w15:val="{FB470453-7BAF-456F-A41B-0363842D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CF3A9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F3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4213876823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Matúš Hain (študent)</cp:lastModifiedBy>
  <cp:revision>3</cp:revision>
  <dcterms:created xsi:type="dcterms:W3CDTF">2013-12-23T23:15:00Z</dcterms:created>
  <dcterms:modified xsi:type="dcterms:W3CDTF">2026-04-29T08:54:00Z</dcterms:modified>
  <cp:category/>
</cp:coreProperties>
</file>