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Reklamačný formulár</w:t>
      </w:r>
    </w:p>
    <w:p>
      <w:r>
        <w:t>Vyplňte tento formulár a odošlite ho spolu s reklamovaným tovarom.</w:t>
        <w:br/>
      </w:r>
    </w:p>
    <w:p>
      <w:pPr>
        <w:pStyle w:val="Heading1"/>
      </w:pPr>
      <w:r>
        <w:t>Údaje kupujúceho</w:t>
      </w:r>
    </w:p>
    <w:p>
      <w:r>
        <w:t>Meno a priezvisko*: __________________________</w:t>
      </w:r>
    </w:p>
    <w:p>
      <w:r>
        <w:t>Ulica a číslo*: __________________________</w:t>
      </w:r>
    </w:p>
    <w:p>
      <w:r>
        <w:t>Mesto*: __________________________</w:t>
      </w:r>
    </w:p>
    <w:p>
      <w:r>
        <w:t>PSČ*: __________________________</w:t>
      </w:r>
    </w:p>
    <w:p>
      <w:r>
        <w:t>Telefón: __________________________</w:t>
      </w:r>
    </w:p>
    <w:p>
      <w:r>
        <w:t>E-mail: __________________________</w:t>
      </w:r>
    </w:p>
    <w:p>
      <w:r>
        <w:t>* Povinné údaje</w:t>
        <w:br/>
      </w:r>
    </w:p>
    <w:p>
      <w:pPr>
        <w:pStyle w:val="Heading1"/>
      </w:pPr>
      <w:r>
        <w:t>Údaje o objednávke</w:t>
      </w:r>
    </w:p>
    <w:p>
      <w:r>
        <w:t>Číslo objednávky: __________________________</w:t>
      </w:r>
    </w:p>
    <w:p>
      <w:r>
        <w:t>Číslo faktúry: __________________________</w:t>
      </w:r>
    </w:p>
    <w:p>
      <w:r>
        <w:t>Dátum objednávky / vystavenia faktúry: __________________________</w:t>
      </w:r>
    </w:p>
    <w:p>
      <w:r>
        <w:t>Dátum prevzatia tovaru: __________________________</w:t>
      </w:r>
    </w:p>
    <w:p>
      <w:pPr>
        <w:pStyle w:val="Heading1"/>
      </w:pPr>
      <w:r>
        <w:t>Reklamovaný tovar</w:t>
      </w:r>
    </w:p>
    <w:p>
      <w:r>
        <w:t>Názov alebo kód tovaru: __________________________</w:t>
      </w:r>
    </w:p>
    <w:p>
      <w:pPr>
        <w:pStyle w:val="Heading1"/>
      </w:pPr>
      <w:r>
        <w:t>Popis vady</w:t>
      </w:r>
    </w:p>
    <w:p>
      <w:r>
        <w:t>__________________________________________________</w:t>
      </w:r>
    </w:p>
    <w:p>
      <w:r>
        <w:t>__________________________________________________</w:t>
      </w:r>
    </w:p>
    <w:p>
      <w:r>
        <w:t>__________________________________________________</w:t>
      </w:r>
    </w:p>
    <w:p>
      <w:pPr>
        <w:pStyle w:val="Heading1"/>
      </w:pPr>
      <w:r>
        <w:t>Predávajúci</w:t>
      </w:r>
    </w:p>
    <w:p>
      <w:r>
        <w:t>eMPe Sport., IČO: 45719331</w:t>
      </w:r>
    </w:p>
    <w:p>
      <w:r>
        <w:t>Prevádzka: Pribinová 4727, 955 01 Topoľčany</w:t>
      </w:r>
    </w:p>
    <w:p>
      <w:pPr>
        <w:pStyle w:val="Heading1"/>
      </w:pPr>
      <w:r>
        <w:t>Dátum a podpis</w:t>
      </w:r>
    </w:p>
    <w:p>
      <w:r>
        <w:t>V __________________ dňa ______________</w:t>
      </w:r>
    </w:p>
    <w:p>
      <w:r>
        <w:t>Podpis kupujúceho: __________________________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